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ข้อตกลงต่อท้ายสัญญาจำนอง เป็นประกันเฉพาะส่วน</w:t>
      </w:r>
    </w:p>
    <w:p>
      <w:pPr>
        <w:jc w:val="center"/>
      </w:pPr>
      <w:r>
        <w:t>TLC / TILOS / LCAPE  |  เอกสารตัวอย่างเพื่อการศึกษาและปรับแก้</w:t>
      </w:r>
    </w:p>
    <w:p>
      <w:r>
        <w:t>สถานะ: ร่างใหม่จากชื่อรายการในดัชนีเดิม ไม่ใช่ไฟล์ต้นฉบับ/แบบพิมพ์ทางการ และยังไม่ผ่านการรับรองทางกฎหมาย</w:t>
      </w:r>
    </w:p>
    <w:p>
      <w:r>
        <w:t>รหัส: TLC-001   หมวด: หลักประกัน: ค้ำประกัน–จำนอง–จำนำ</w:t>
      </w:r>
    </w:p>
    <w:p>
      <w:pPr>
        <w:pStyle w:val="Heading1"/>
      </w:pPr>
      <w:r>
        <w:t>1. ข้อมูลเริ่มต้นสำหรับจัดทำเอกสาร</w:t>
      </w:r>
    </w:p>
    <w:p>
      <w:pPr>
        <w:pStyle w:val="ListBullet"/>
      </w:pPr>
      <w:r>
        <w:t>วันที่และสถานที่จัดทำ: [ระบุ]</w:t>
      </w:r>
    </w:p>
    <w:p>
      <w:pPr>
        <w:pStyle w:val="ListBullet"/>
      </w:pPr>
      <w:r>
        <w:t>ชื่อ/สถานะ/ที่อยู่/ข้อมูลติดต่อของคู่กรณีหรือผู้ยื่น: [ระบุ]</w:t>
      </w:r>
    </w:p>
    <w:p>
      <w:pPr>
        <w:pStyle w:val="ListBullet"/>
      </w:pPr>
      <w:r>
        <w:t>เรื่องหรือวัตถุประสงค์ของเอกสาร: [ระบุ]</w:t>
      </w:r>
    </w:p>
    <w:p>
      <w:pPr>
        <w:pStyle w:val="ListBullet"/>
      </w:pPr>
      <w:r>
        <w:t>ข้อเท็จจริงที่ยืนยันได้และเอกสารอ้างอิง: [ระบุ]</w:t>
      </w:r>
    </w:p>
    <w:p>
      <w:pPr>
        <w:pStyle w:val="ListBullet"/>
      </w:pPr>
      <w:r>
        <w:t>เอกสารแนบหรือหลักฐานประกอบ: [ระบุ]</w:t>
      </w:r>
    </w:p>
    <w:p>
      <w:pPr>
        <w:pStyle w:val="Heading1"/>
      </w:pPr>
      <w:r>
        <w:t>2. เนื้อหาร่างและข้อกำหนดเฉพาะ</w:t>
      </w:r>
    </w:p>
    <w:p>
      <w:r>
        <w:t>เรื่อง ข้อตกลงต่อท้ายสัญญาจำนอง เป็นประกันเฉพาะส่วน</w:t>
      </w:r>
    </w:p>
    <w:p>
      <w:r>
        <w:t>ข้อ 1  คู่สัญญาตกลงดำเนินการเกี่ยวกับ [รายละเอียดทรัพย์สิน/บริการ/ภาระผูกพัน] ตามขอบเขตที่ระบุในภาคผนวก</w:t>
      </w:r>
    </w:p>
    <w:p>
      <w:r>
        <w:t>ข้อ 2  ค่าตอบแทน/ราคา/ระยะเวลาหรือกำหนดส่งมอบ: [ระบุจำนวน วันครบกำหนด และหลักฐานการชำระ]</w:t>
      </w:r>
    </w:p>
    <w:p>
      <w:r>
        <w:t>ข้อ 3  หน้าที่และความรับผิดของแต่ละฝ่าย: [ระบุแยกฝ่ายอย่างชัดเจน]</w:t>
      </w:r>
    </w:p>
    <w:p>
      <w:r>
        <w:t>ข้อ 4  การผิดนัด การบอกเลิก การแก้ไขข้อสัญญา และการระงับข้อพิพาท: [ระบุหลังตรวจข้อกฎหมายที่ใช้บังคับ]</w:t>
      </w:r>
    </w:p>
    <w:p>
      <w:r>
        <w:t>ข้อ 5  ข้อตกลงเรื่องข้อมูลส่วนบุคคล ความลับ และการจัดเก็บเอกสาร: [ระบุถ้าเกี่ยวข้อง]</w:t>
      </w:r>
    </w:p>
    <w:p>
      <w:pPr>
        <w:pStyle w:val="Heading1"/>
      </w:pPr>
      <w:r>
        <w:t>3. ตรวจสอบก่อนใช้จริง</w:t>
      </w:r>
    </w:p>
    <w:p>
      <w:r>
        <w:t>☐ ตรวจสอบกฎหมายที่ใช้บังคับและแบบพิมพ์เฉพาะของหน่วยงาน ณ วันที่ใช้งาน</w:t>
      </w:r>
    </w:p>
    <w:p>
      <w:r>
        <w:t>☐ ตรวจสอบตัวตน ความสามารถ และอำนาจลงนามของทุกฝ่าย</w:t>
      </w:r>
    </w:p>
    <w:p>
      <w:r>
        <w:t>☐ ตรวจสอบความครบถ้วนของข้อความเฉพาะเอกสารนี้ โดยทนายความผู้รับผิดชอบ</w:t>
      </w:r>
    </w:p>
    <w:p>
      <w:r>
        <w:t>☐ ห้ามนำข้อมูลลูกความจริงไปใช้ใน AI สาธารณะโดยไม่มีฐานกฎหมายและมาตรการคุ้มครอง</w:t>
      </w:r>
    </w:p>
    <w:p>
      <w:r>
        <w:t>ลงชื่อ _______________________  ผู้จัดทำ/ผู้ยื่น     วันที่ ______________</w:t>
      </w:r>
    </w:p>
    <w:p>
      <w:r>
        <w:t>ลงชื่อ _______________________  ผู้ตรวจทาน         วันที่ ______________</w:t>
      </w:r>
    </w:p>
    <w:sectPr w:rsidR="00FC693F" w:rsidRPr="0006063C" w:rsidSect="00034616"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H Sarabun New" w:hAnsi="TH Sarabun New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